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1E90B" w14:textId="77777777" w:rsidR="00037EF4" w:rsidRDefault="00AB3BF2">
      <w:pPr>
        <w:spacing w:after="40"/>
        <w:jc w:val="center"/>
      </w:pPr>
      <w:r>
        <w:rPr>
          <w:noProof/>
        </w:rPr>
        <w:drawing>
          <wp:inline distT="0" distB="0" distL="0" distR="0" wp14:anchorId="0434E64D" wp14:editId="7C73C35A">
            <wp:extent cx="3383280" cy="12389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nzigheimerhof_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123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5F51C" w14:textId="77777777" w:rsidR="00037EF4" w:rsidRDefault="00AB3BF2">
      <w:pPr>
        <w:spacing w:after="20"/>
        <w:jc w:val="center"/>
      </w:pPr>
      <w:r>
        <w:rPr>
          <w:b/>
          <w:color w:val="495D48"/>
          <w:sz w:val="42"/>
        </w:rPr>
        <w:t>VORANMELDUNG</w:t>
      </w:r>
    </w:p>
    <w:p w14:paraId="7638E9CB" w14:textId="77777777" w:rsidR="00037EF4" w:rsidRDefault="00AB3BF2">
      <w:pPr>
        <w:spacing w:after="120"/>
        <w:jc w:val="center"/>
      </w:pPr>
      <w:r>
        <w:rPr>
          <w:b/>
          <w:sz w:val="24"/>
        </w:rPr>
        <w:t>Tag der offenen Tür · 08.11.2026</w:t>
      </w:r>
    </w:p>
    <w:p w14:paraId="006E060D" w14:textId="77777777" w:rsidR="00037EF4" w:rsidRDefault="00AB3BF2">
      <w:pPr>
        <w:spacing w:after="120"/>
        <w:jc w:val="center"/>
      </w:pPr>
      <w:r>
        <w:rPr>
          <w:noProof/>
        </w:rPr>
        <w:drawing>
          <wp:inline distT="0" distB="0" distL="0" distR="0" wp14:anchorId="001A5A6C" wp14:editId="0E0B8521">
            <wp:extent cx="3977639" cy="397763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ve_the_dat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77639" cy="397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ACECE" w14:textId="77777777" w:rsidR="00037EF4" w:rsidRDefault="00AB3BF2">
      <w:pPr>
        <w:spacing w:after="140"/>
        <w:jc w:val="center"/>
      </w:pPr>
      <w:r>
        <w:rPr>
          <w:sz w:val="21"/>
        </w:rPr>
        <w:t>Wir freuen uns über Ihre Voranmeldung zum Tag der offenen Tür.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6912"/>
      </w:tblGrid>
      <w:tr w:rsidR="00037EF4" w14:paraId="21D6E626" w14:textId="77777777">
        <w:trPr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0C8384" w14:textId="77777777" w:rsidR="00037EF4" w:rsidRDefault="00AB3BF2">
            <w:r>
              <w:rPr>
                <w:b/>
                <w:sz w:val="21"/>
              </w:rPr>
              <w:t>Name: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1E134A" w14:textId="3A0153B7" w:rsidR="00037EF4" w:rsidRDefault="00037EF4"/>
        </w:tc>
      </w:tr>
      <w:tr w:rsidR="00037EF4" w14:paraId="5522144D" w14:textId="77777777">
        <w:trPr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47FCF2" w14:textId="77777777" w:rsidR="00037EF4" w:rsidRDefault="00AB3BF2">
            <w:r>
              <w:rPr>
                <w:b/>
                <w:sz w:val="21"/>
              </w:rPr>
              <w:t>E-Mail: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0BFB226" w14:textId="5FF574F6" w:rsidR="00037EF4" w:rsidRDefault="00037EF4"/>
        </w:tc>
      </w:tr>
      <w:tr w:rsidR="00037EF4" w14:paraId="72D091CD" w14:textId="77777777">
        <w:trPr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1771A62B" w14:textId="77777777" w:rsidR="00037EF4" w:rsidRDefault="00AB3BF2">
            <w:r>
              <w:rPr>
                <w:b/>
                <w:sz w:val="21"/>
              </w:rPr>
              <w:t>Tel.: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E00768A" w14:textId="6694E745" w:rsidR="00037EF4" w:rsidRDefault="00037EF4"/>
        </w:tc>
      </w:tr>
      <w:tr w:rsidR="00037EF4" w14:paraId="258AE7F4" w14:textId="77777777">
        <w:trPr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6766779" w14:textId="77777777" w:rsidR="00037EF4" w:rsidRDefault="00AB3BF2">
            <w:r>
              <w:rPr>
                <w:b/>
                <w:sz w:val="21"/>
              </w:rPr>
              <w:t>Freie Trauung?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76C6C7E" w14:textId="77777777" w:rsidR="00037EF4" w:rsidRDefault="00AB3BF2">
            <w:r>
              <w:rPr>
                <w:sz w:val="21"/>
              </w:rPr>
              <w:t>☐</w:t>
            </w:r>
            <w:r>
              <w:rPr>
                <w:sz w:val="21"/>
              </w:rPr>
              <w:t xml:space="preserve"> ja        ☐ nein</w:t>
            </w:r>
          </w:p>
        </w:tc>
      </w:tr>
      <w:tr w:rsidR="00037EF4" w14:paraId="64703F49" w14:textId="77777777">
        <w:trPr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CF14EBC" w14:textId="77777777" w:rsidR="00037EF4" w:rsidRDefault="00AB3BF2">
            <w:r>
              <w:rPr>
                <w:b/>
                <w:sz w:val="21"/>
              </w:rPr>
              <w:t>Wir sind insgesamt: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0666CFF" w14:textId="6891D4ED" w:rsidR="00037EF4" w:rsidRDefault="000318AE">
            <w:r>
              <w:rPr>
                <w:sz w:val="21"/>
              </w:rPr>
              <w:t>________</w:t>
            </w:r>
            <w:proofErr w:type="spellStart"/>
            <w:r w:rsidR="00AB3BF2">
              <w:rPr>
                <w:sz w:val="21"/>
              </w:rPr>
              <w:t>Personen</w:t>
            </w:r>
            <w:proofErr w:type="spellEnd"/>
          </w:p>
        </w:tc>
      </w:tr>
    </w:tbl>
    <w:p w14:paraId="1F090702" w14:textId="77777777" w:rsidR="000318AE" w:rsidRDefault="000318AE">
      <w:pPr>
        <w:spacing w:before="160"/>
        <w:jc w:val="center"/>
        <w:rPr>
          <w:b/>
          <w:sz w:val="21"/>
        </w:rPr>
      </w:pPr>
    </w:p>
    <w:p w14:paraId="4138CCC1" w14:textId="3DA2865A" w:rsidR="00037EF4" w:rsidRDefault="00AB3BF2">
      <w:pPr>
        <w:spacing w:before="160"/>
        <w:jc w:val="center"/>
      </w:pPr>
      <w:r>
        <w:rPr>
          <w:b/>
          <w:sz w:val="21"/>
        </w:rPr>
        <w:t xml:space="preserve">Bitte um </w:t>
      </w:r>
      <w:proofErr w:type="spellStart"/>
      <w:r>
        <w:rPr>
          <w:b/>
          <w:sz w:val="21"/>
        </w:rPr>
        <w:t>schriftliche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Mitteilung</w:t>
      </w:r>
      <w:proofErr w:type="spellEnd"/>
      <w:r>
        <w:rPr>
          <w:b/>
          <w:sz w:val="21"/>
        </w:rPr>
        <w:t xml:space="preserve"> bis 31. Oktober 2026</w:t>
      </w:r>
    </w:p>
    <w:p w14:paraId="3B13DDE8" w14:textId="385EA92D" w:rsidR="00037EF4" w:rsidRDefault="00AB3BF2">
      <w:pPr>
        <w:spacing w:before="120"/>
        <w:jc w:val="center"/>
      </w:pPr>
      <w:r>
        <w:rPr>
          <w:b/>
          <w:sz w:val="19"/>
        </w:rPr>
        <w:t>Alexandra Schneider Event GbR · Kinzigheimerhof</w:t>
      </w:r>
      <w:r>
        <w:rPr>
          <w:b/>
          <w:sz w:val="19"/>
        </w:rPr>
        <w:br/>
      </w:r>
      <w:r>
        <w:rPr>
          <w:sz w:val="18"/>
        </w:rPr>
        <w:t>63486 Bruchköbel · Tel.: 0 61 81-52 00 499 · Fax: 0 61 81-52 00 496</w:t>
      </w:r>
      <w:r>
        <w:rPr>
          <w:sz w:val="18"/>
        </w:rPr>
        <w:br/>
        <w:t>schneider@kinzigheimerhof.de</w:t>
      </w:r>
    </w:p>
    <w:sectPr w:rsidR="00037EF4" w:rsidSect="00034616">
      <w:pgSz w:w="12240" w:h="15840"/>
      <w:pgMar w:top="576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495722">
    <w:abstractNumId w:val="8"/>
  </w:num>
  <w:num w:numId="2" w16cid:durableId="1374191558">
    <w:abstractNumId w:val="6"/>
  </w:num>
  <w:num w:numId="3" w16cid:durableId="1169171062">
    <w:abstractNumId w:val="5"/>
  </w:num>
  <w:num w:numId="4" w16cid:durableId="1060130064">
    <w:abstractNumId w:val="4"/>
  </w:num>
  <w:num w:numId="5" w16cid:durableId="1846165806">
    <w:abstractNumId w:val="7"/>
  </w:num>
  <w:num w:numId="6" w16cid:durableId="1527133293">
    <w:abstractNumId w:val="3"/>
  </w:num>
  <w:num w:numId="7" w16cid:durableId="106657743">
    <w:abstractNumId w:val="2"/>
  </w:num>
  <w:num w:numId="8" w16cid:durableId="847138230">
    <w:abstractNumId w:val="1"/>
  </w:num>
  <w:num w:numId="9" w16cid:durableId="1003702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8AE"/>
    <w:rsid w:val="00034616"/>
    <w:rsid w:val="00037EF4"/>
    <w:rsid w:val="0006063C"/>
    <w:rsid w:val="0015074B"/>
    <w:rsid w:val="0029639D"/>
    <w:rsid w:val="00326F90"/>
    <w:rsid w:val="0082171E"/>
    <w:rsid w:val="00AA1D8D"/>
    <w:rsid w:val="00AB3BF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46B307"/>
  <w14:defaultImageDpi w14:val="300"/>
  <w15:docId w15:val="{D62B110A-1ECC-498D-8FCB-CF58CC684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Ursula Baier | Kinzigheimerhof</cp:lastModifiedBy>
  <cp:revision>2</cp:revision>
  <dcterms:created xsi:type="dcterms:W3CDTF">2026-09-14T09:52:00Z</dcterms:created>
  <dcterms:modified xsi:type="dcterms:W3CDTF">2026-09-14T09:52:00Z</dcterms:modified>
  <cp:category/>
</cp:coreProperties>
</file>